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A565071" w:rsidR="00C85C0B" w:rsidRDefault="000216E7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5C58F5BC" wp14:editId="5BD822B5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1FCF1302" w:rsidR="00C85C0B" w:rsidRPr="00DB5855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Pr="00DB5855">
              <w:rPr>
                <w:b/>
              </w:rPr>
              <w:t>TELEORMAN</w:t>
            </w:r>
          </w:p>
          <w:p w14:paraId="340C295B" w14:textId="77777777" w:rsidR="00C85C0B" w:rsidRDefault="00C85C0B">
            <w:pPr>
              <w:keepNext/>
            </w:pP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6618FDC1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Pr="00DB5855">
              <w:rPr>
                <w:b/>
              </w:rPr>
              <w:t>PRIMARIA ORASULUI VIDELE</w:t>
            </w:r>
          </w:p>
          <w:p w14:paraId="537356A4" w14:textId="77777777" w:rsidR="00C85C0B" w:rsidRDefault="00C85C0B">
            <w:pPr>
              <w:keepNext/>
            </w:pP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DB5855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150E80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2BDCC35" w14:textId="77777777" w:rsidR="00DB5855" w:rsidRDefault="00DB5855" w:rsidP="00DB5855">
            <w:pPr>
              <w:keepNext/>
            </w:pPr>
            <w:r>
              <w:t xml:space="preserve">ORAS VIDELE, STRADA REPUBLICII, NR. 2, TEL. 0247453017, </w:t>
            </w:r>
          </w:p>
          <w:p w14:paraId="34178E3A" w14:textId="664FD5EF" w:rsidR="00C85C0B" w:rsidRDefault="00DB5855" w:rsidP="00DB5855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DB5855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DB5855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DB5855">
      <w:pPr>
        <w:spacing w:after="120"/>
        <w:jc w:val="center"/>
      </w:pPr>
      <w:proofErr w:type="spellStart"/>
      <w:proofErr w:type="gramStart"/>
      <w:r>
        <w:rPr>
          <w:sz w:val="19"/>
        </w:rPr>
        <w:t>privind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DB585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DB5855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DB5855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DB5855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DB5855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DB5855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DB5855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DB585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DB5855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DB5855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DB5855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DB5855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/ data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DB5855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DB5855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DB5855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DB5855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DB5855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DB5855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proofErr w:type="spellStart"/>
            <w:r>
              <w:t>Legea</w:t>
            </w:r>
            <w:proofErr w:type="spellEnd"/>
            <w:r>
              <w:t xml:space="preserve">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</w:t>
            </w:r>
            <w:proofErr w:type="spellStart"/>
            <w:r>
              <w:t>formular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DB5855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DB5855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DB5855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DB5855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CDBBB" w14:textId="77777777" w:rsidR="005C02E4" w:rsidRDefault="005C02E4">
      <w:r>
        <w:separator/>
      </w:r>
    </w:p>
  </w:endnote>
  <w:endnote w:type="continuationSeparator" w:id="0">
    <w:p w14:paraId="21FD06EA" w14:textId="77777777" w:rsidR="005C02E4" w:rsidRDefault="005C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A5726" w14:textId="77777777" w:rsidR="00C85C0B" w:rsidRDefault="00DB5855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216E7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216E7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3357C" w14:textId="77777777" w:rsidR="005C02E4" w:rsidRDefault="005C02E4">
      <w:r>
        <w:separator/>
      </w:r>
    </w:p>
  </w:footnote>
  <w:footnote w:type="continuationSeparator" w:id="0">
    <w:p w14:paraId="48DE7EFC" w14:textId="77777777" w:rsidR="005C02E4" w:rsidRDefault="005C0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16E7"/>
    <w:rsid w:val="00034616"/>
    <w:rsid w:val="0006063C"/>
    <w:rsid w:val="0015074B"/>
    <w:rsid w:val="00150E80"/>
    <w:rsid w:val="0029639D"/>
    <w:rsid w:val="00326F90"/>
    <w:rsid w:val="003A7070"/>
    <w:rsid w:val="003F0F62"/>
    <w:rsid w:val="005C02E4"/>
    <w:rsid w:val="00AA1D8D"/>
    <w:rsid w:val="00B47730"/>
    <w:rsid w:val="00B94163"/>
    <w:rsid w:val="00C85C0B"/>
    <w:rsid w:val="00CB0664"/>
    <w:rsid w:val="00DB5855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DFF924-EC29-4ECA-A042-40C22CE01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3</cp:revision>
  <dcterms:created xsi:type="dcterms:W3CDTF">2013-12-23T23:15:00Z</dcterms:created>
  <dcterms:modified xsi:type="dcterms:W3CDTF">2026-09-23T11:58:00Z</dcterms:modified>
  <cp:category/>
</cp:coreProperties>
</file>